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A38B" w14:textId="77777777" w:rsidR="00471280" w:rsidRDefault="00000000">
      <w:pPr>
        <w:spacing w:after="40"/>
        <w:jc w:val="center"/>
      </w:pPr>
      <w:r>
        <w:rPr>
          <w:b/>
          <w:sz w:val="26"/>
        </w:rPr>
        <w:t>ZÁKLADNÍ ŠKOLA A MATEŘSKÁ ŠKOLA TEPLICE</w:t>
      </w:r>
    </w:p>
    <w:p w14:paraId="031DDB26" w14:textId="77777777" w:rsidR="00471280" w:rsidRDefault="00000000">
      <w:pPr>
        <w:jc w:val="center"/>
      </w:pPr>
      <w:r>
        <w:rPr>
          <w:sz w:val="19"/>
        </w:rPr>
        <w:t xml:space="preserve">U </w:t>
      </w:r>
      <w:proofErr w:type="spellStart"/>
      <w:r>
        <w:rPr>
          <w:sz w:val="19"/>
        </w:rPr>
        <w:t>Červeného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kostela</w:t>
      </w:r>
      <w:proofErr w:type="spellEnd"/>
      <w:r>
        <w:rPr>
          <w:sz w:val="19"/>
        </w:rPr>
        <w:t xml:space="preserve"> 110, </w:t>
      </w:r>
      <w:proofErr w:type="spellStart"/>
      <w:r>
        <w:rPr>
          <w:sz w:val="19"/>
        </w:rPr>
        <w:t>příspěvková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organizace</w:t>
      </w:r>
      <w:proofErr w:type="spellEnd"/>
      <w:r>
        <w:rPr>
          <w:sz w:val="19"/>
        </w:rPr>
        <w:t xml:space="preserve"> | IČO: 70839913 | ID DS: cu5wq5s</w:t>
      </w:r>
    </w:p>
    <w:p w14:paraId="2B6CF781" w14:textId="77777777" w:rsidR="00471280" w:rsidRDefault="00000000">
      <w:pPr>
        <w:spacing w:after="160"/>
        <w:jc w:val="center"/>
      </w:pPr>
      <w:r>
        <w:rPr>
          <w:b/>
          <w:sz w:val="32"/>
        </w:rPr>
        <w:t>SOUHLAS SE ZPRACOVÁNÍM OSOBNÍCH ÚDAJŮ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471280" w14:paraId="16C23206" w14:textId="77777777">
        <w:trPr>
          <w:jc w:val="center"/>
        </w:trPr>
        <w:tc>
          <w:tcPr>
            <w:tcW w:w="283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5FDA46" w14:textId="77777777" w:rsidR="00471280" w:rsidRDefault="00000000">
            <w:proofErr w:type="spellStart"/>
            <w:r>
              <w:rPr>
                <w:b/>
              </w:rPr>
              <w:t>Zákonný</w:t>
            </w:r>
            <w:proofErr w:type="spellEnd"/>
            <w:r>
              <w:rPr>
                <w:b/>
              </w:rPr>
              <w:t xml:space="preserve"> zástupce:</w:t>
            </w:r>
          </w:p>
        </w:tc>
        <w:tc>
          <w:tcPr>
            <w:tcW w:w="65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4561B6" w14:textId="77777777" w:rsidR="00471280" w:rsidRDefault="00000000">
            <w:r>
              <w:t>................................................................................................</w:t>
            </w:r>
          </w:p>
        </w:tc>
      </w:tr>
      <w:tr w:rsidR="00471280" w14:paraId="58B7F033" w14:textId="77777777">
        <w:trPr>
          <w:jc w:val="center"/>
        </w:trPr>
        <w:tc>
          <w:tcPr>
            <w:tcW w:w="283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05DEC8" w14:textId="77777777" w:rsidR="00471280" w:rsidRDefault="00000000">
            <w:proofErr w:type="spellStart"/>
            <w:r>
              <w:rPr>
                <w:b/>
              </w:rPr>
              <w:t>Dítě</w:t>
            </w:r>
            <w:proofErr w:type="spellEnd"/>
            <w:r>
              <w:rPr>
                <w:b/>
              </w:rPr>
              <w:t xml:space="preserve"> / žák:</w:t>
            </w:r>
          </w:p>
        </w:tc>
        <w:tc>
          <w:tcPr>
            <w:tcW w:w="65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4066E4" w14:textId="77777777" w:rsidR="00471280" w:rsidRDefault="00000000">
            <w:r>
              <w:t>................................................................................................</w:t>
            </w:r>
          </w:p>
        </w:tc>
      </w:tr>
    </w:tbl>
    <w:p w14:paraId="2386B74A" w14:textId="77777777" w:rsidR="00471280" w:rsidRDefault="00000000">
      <w:pPr>
        <w:spacing w:before="160" w:after="100"/>
      </w:pPr>
      <w:proofErr w:type="spellStart"/>
      <w:r>
        <w:t>uděluji</w:t>
      </w:r>
      <w:proofErr w:type="spellEnd"/>
      <w:r>
        <w:t xml:space="preserve"> </w:t>
      </w:r>
      <w:proofErr w:type="spellStart"/>
      <w:r>
        <w:t>správci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kterým</w:t>
      </w:r>
      <w:proofErr w:type="spellEnd"/>
      <w:r>
        <w:t xml:space="preserve"> je </w:t>
      </w:r>
      <w:proofErr w:type="spellStart"/>
      <w:r>
        <w:rPr>
          <w:b/>
        </w:rPr>
        <w:t>Základní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škola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Mateřská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škola</w:t>
      </w:r>
      <w:proofErr w:type="spellEnd"/>
      <w:r>
        <w:rPr>
          <w:b/>
        </w:rPr>
        <w:t xml:space="preserve">, Teplice, U </w:t>
      </w:r>
      <w:proofErr w:type="spellStart"/>
      <w:r>
        <w:rPr>
          <w:b/>
        </w:rPr>
        <w:t>Červeného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kostela</w:t>
      </w:r>
      <w:proofErr w:type="spellEnd"/>
      <w:r>
        <w:rPr>
          <w:b/>
        </w:rPr>
        <w:t xml:space="preserve"> 110, </w:t>
      </w:r>
      <w:proofErr w:type="spellStart"/>
      <w:r>
        <w:rPr>
          <w:b/>
        </w:rPr>
        <w:t>příspěvková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organizace</w:t>
      </w:r>
      <w:proofErr w:type="spellEnd"/>
      <w:r>
        <w:rPr>
          <w:b/>
        </w:rPr>
        <w:t xml:space="preserve">, IČO 70839913, se </w:t>
      </w:r>
      <w:proofErr w:type="spellStart"/>
      <w:r>
        <w:rPr>
          <w:b/>
        </w:rPr>
        <w:t>sídlem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Červeného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kostela</w:t>
      </w:r>
      <w:proofErr w:type="spellEnd"/>
      <w:r>
        <w:rPr>
          <w:b/>
        </w:rPr>
        <w:t xml:space="preserve"> 110, 415 01 Teplice</w:t>
      </w:r>
      <w:r>
        <w:t xml:space="preserve">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Správce</w:t>
      </w:r>
      <w:proofErr w:type="spellEnd"/>
      <w:r>
        <w:t>“</w:t>
      </w:r>
      <w:proofErr w:type="gramEnd"/>
      <w:r>
        <w:t xml:space="preserve">),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dobrovolný</w:t>
      </w:r>
      <w:proofErr w:type="spellEnd"/>
      <w:r>
        <w:t xml:space="preserve"> </w:t>
      </w:r>
      <w:proofErr w:type="spellStart"/>
      <w:r>
        <w:t>souhlas</w:t>
      </w:r>
      <w:proofErr w:type="spellEnd"/>
      <w:r>
        <w:t xml:space="preserve"> se </w:t>
      </w:r>
      <w:proofErr w:type="spellStart"/>
      <w:r>
        <w:t>zpracováním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</w:t>
      </w:r>
      <w:proofErr w:type="spellStart"/>
      <w:r>
        <w:t>mého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pro </w:t>
      </w:r>
      <w:proofErr w:type="spellStart"/>
      <w:r>
        <w:t>níže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účely</w:t>
      </w:r>
      <w:proofErr w:type="spellEnd"/>
      <w:r>
        <w:t>.</w:t>
      </w:r>
    </w:p>
    <w:p w14:paraId="02324570" w14:textId="77777777" w:rsidR="00471280" w:rsidRDefault="00000000">
      <w:pPr>
        <w:spacing w:before="100" w:after="60"/>
      </w:pPr>
      <w:r>
        <w:rPr>
          <w:b/>
          <w:sz w:val="23"/>
        </w:rPr>
        <w:t xml:space="preserve">1. </w:t>
      </w:r>
      <w:proofErr w:type="spellStart"/>
      <w:r>
        <w:rPr>
          <w:b/>
          <w:sz w:val="23"/>
        </w:rPr>
        <w:t>Rozsah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osobních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údajů</w:t>
      </w:r>
      <w:proofErr w:type="spellEnd"/>
    </w:p>
    <w:p w14:paraId="5D9E8BF7" w14:textId="77777777" w:rsidR="00471280" w:rsidRDefault="00000000">
      <w:pPr>
        <w:spacing w:after="60"/>
      </w:pPr>
      <w:proofErr w:type="spellStart"/>
      <w:r>
        <w:t>Souhlas</w:t>
      </w:r>
      <w:proofErr w:type="spellEnd"/>
      <w:r>
        <w:t xml:space="preserve"> se </w:t>
      </w:r>
      <w:proofErr w:type="spellStart"/>
      <w:r>
        <w:t>vztahuje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vznikající</w:t>
      </w:r>
      <w:proofErr w:type="spellEnd"/>
      <w:r>
        <w:t xml:space="preserve"> v </w:t>
      </w:r>
      <w:proofErr w:type="spellStart"/>
      <w:r>
        <w:t>souvislosti</w:t>
      </w:r>
      <w:proofErr w:type="spellEnd"/>
      <w:r>
        <w:t xml:space="preserve"> s </w:t>
      </w:r>
      <w:proofErr w:type="spellStart"/>
      <w:r>
        <w:t>prezentací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266C5801" w14:textId="77777777" w:rsidR="00471280" w:rsidRDefault="00000000">
      <w:pPr>
        <w:spacing w:after="20"/>
        <w:ind w:left="312" w:hanging="142"/>
      </w:pPr>
      <w:r>
        <w:t xml:space="preserve">• </w:t>
      </w:r>
      <w:proofErr w:type="spellStart"/>
      <w:r>
        <w:t>fotografie</w:t>
      </w:r>
      <w:proofErr w:type="spellEnd"/>
      <w:r>
        <w:t xml:space="preserve"> / </w:t>
      </w:r>
      <w:proofErr w:type="spellStart"/>
      <w:r>
        <w:t>podobiznu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,</w:t>
      </w:r>
    </w:p>
    <w:p w14:paraId="2578DD9B" w14:textId="77777777" w:rsidR="00471280" w:rsidRDefault="00000000">
      <w:pPr>
        <w:spacing w:after="20"/>
        <w:ind w:left="312" w:hanging="142"/>
      </w:pPr>
      <w:r>
        <w:t xml:space="preserve">• </w:t>
      </w:r>
      <w:proofErr w:type="spellStart"/>
      <w:r>
        <w:t>obrazový</w:t>
      </w:r>
      <w:proofErr w:type="spellEnd"/>
      <w:r>
        <w:t xml:space="preserve"> a </w:t>
      </w:r>
      <w:proofErr w:type="spellStart"/>
      <w:r>
        <w:t>videozáznam</w:t>
      </w:r>
      <w:proofErr w:type="spellEnd"/>
      <w:r>
        <w:t>,</w:t>
      </w:r>
    </w:p>
    <w:p w14:paraId="28DA427A" w14:textId="77777777" w:rsidR="00471280" w:rsidRDefault="00000000">
      <w:pPr>
        <w:spacing w:after="20"/>
        <w:ind w:left="312" w:hanging="142"/>
      </w:pPr>
      <w:r>
        <w:t xml:space="preserve">• </w:t>
      </w:r>
      <w:proofErr w:type="spellStart"/>
      <w:r>
        <w:t>zvukový</w:t>
      </w:r>
      <w:proofErr w:type="spellEnd"/>
      <w:r>
        <w:t xml:space="preserve"> </w:t>
      </w:r>
      <w:proofErr w:type="spellStart"/>
      <w:r>
        <w:t>záznam</w:t>
      </w:r>
      <w:proofErr w:type="spellEnd"/>
      <w:r>
        <w:t>,</w:t>
      </w:r>
    </w:p>
    <w:p w14:paraId="5834FA84" w14:textId="77777777" w:rsidR="00471280" w:rsidRDefault="00000000">
      <w:pPr>
        <w:spacing w:after="20"/>
        <w:ind w:left="312" w:hanging="142"/>
      </w:pPr>
      <w:r>
        <w:t xml:space="preserve">• </w:t>
      </w:r>
      <w:proofErr w:type="spellStart"/>
      <w:r>
        <w:t>výtvarná</w:t>
      </w:r>
      <w:proofErr w:type="spellEnd"/>
      <w:r>
        <w:t xml:space="preserve"> </w:t>
      </w:r>
      <w:proofErr w:type="spellStart"/>
      <w:r>
        <w:t>díla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výstupy</w:t>
      </w:r>
      <w:proofErr w:type="spellEnd"/>
      <w:r>
        <w:t xml:space="preserve"> </w:t>
      </w:r>
      <w:proofErr w:type="spellStart"/>
      <w:r>
        <w:t>vytvořené</w:t>
      </w:r>
      <w:proofErr w:type="spellEnd"/>
      <w:r>
        <w:t xml:space="preserve"> </w:t>
      </w:r>
      <w:proofErr w:type="spellStart"/>
      <w:r>
        <w:t>dítětem</w:t>
      </w:r>
      <w:proofErr w:type="spellEnd"/>
      <w:r>
        <w:t>.</w:t>
      </w:r>
    </w:p>
    <w:p w14:paraId="33693529" w14:textId="77777777" w:rsidR="00471280" w:rsidRDefault="00000000">
      <w:pPr>
        <w:spacing w:before="80" w:after="60"/>
      </w:pPr>
      <w:r>
        <w:rPr>
          <w:b/>
          <w:sz w:val="23"/>
        </w:rPr>
        <w:t xml:space="preserve">2. </w:t>
      </w:r>
      <w:proofErr w:type="spellStart"/>
      <w:r>
        <w:rPr>
          <w:b/>
          <w:sz w:val="23"/>
        </w:rPr>
        <w:t>Účel</w:t>
      </w:r>
      <w:proofErr w:type="spellEnd"/>
      <w:r>
        <w:rPr>
          <w:b/>
          <w:sz w:val="23"/>
        </w:rPr>
        <w:t xml:space="preserve"> a </w:t>
      </w:r>
      <w:proofErr w:type="spellStart"/>
      <w:r>
        <w:rPr>
          <w:b/>
          <w:sz w:val="23"/>
        </w:rPr>
        <w:t>způsob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zveřejnění</w:t>
      </w:r>
      <w:proofErr w:type="spellEnd"/>
    </w:p>
    <w:p w14:paraId="6629255B" w14:textId="067AEDC1" w:rsidR="00471280" w:rsidRDefault="00000000">
      <w:pPr>
        <w:spacing w:after="80"/>
      </w:pPr>
      <w:proofErr w:type="spellStart"/>
      <w:r>
        <w:t>Účelem</w:t>
      </w:r>
      <w:proofErr w:type="spellEnd"/>
      <w:r>
        <w:t xml:space="preserve"> je </w:t>
      </w:r>
      <w:proofErr w:type="spellStart"/>
      <w:r>
        <w:rPr>
          <w:b/>
        </w:rPr>
        <w:t>informování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rodičů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veřejnosti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dění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prezentace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propagace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činnosti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školy</w:t>
      </w:r>
      <w:proofErr w:type="spellEnd"/>
      <w:r>
        <w:t xml:space="preserve">. </w:t>
      </w:r>
      <w:proofErr w:type="spellStart"/>
      <w:r>
        <w:t>Souhlas</w:t>
      </w:r>
      <w:proofErr w:type="spellEnd"/>
      <w:r>
        <w:t xml:space="preserve"> </w:t>
      </w:r>
      <w:proofErr w:type="spellStart"/>
      <w:proofErr w:type="gramStart"/>
      <w:r>
        <w:t>uděluji</w:t>
      </w:r>
      <w:proofErr w:type="spellEnd"/>
      <w:r>
        <w:t xml:space="preserve">  pro</w:t>
      </w:r>
      <w:proofErr w:type="gramEnd"/>
      <w:r>
        <w:t xml:space="preserve"> </w:t>
      </w:r>
      <w:proofErr w:type="spellStart"/>
      <w:r>
        <w:t>následující</w:t>
      </w:r>
      <w:proofErr w:type="spellEnd"/>
      <w:r>
        <w:t xml:space="preserve"> </w:t>
      </w:r>
      <w:proofErr w:type="spellStart"/>
      <w:r>
        <w:t>způsoby</w:t>
      </w:r>
      <w:proofErr w:type="spellEnd"/>
      <w:r>
        <w:t xml:space="preserve"> </w:t>
      </w:r>
      <w:proofErr w:type="spellStart"/>
      <w:r>
        <w:t>použití</w:t>
      </w:r>
      <w:proofErr w:type="spellEnd"/>
      <w:r>
        <w:t>:</w:t>
      </w:r>
    </w:p>
    <w:p w14:paraId="538B0E7E" w14:textId="592B97FF" w:rsidR="00471280" w:rsidRDefault="00000000" w:rsidP="007B191D">
      <w:pPr>
        <w:pStyle w:val="Odstavecseseznamem"/>
        <w:numPr>
          <w:ilvl w:val="0"/>
          <w:numId w:val="10"/>
        </w:numPr>
        <w:spacing w:after="60"/>
      </w:pPr>
      <w:proofErr w:type="spellStart"/>
      <w:r>
        <w:t>Webové</w:t>
      </w:r>
      <w:proofErr w:type="spellEnd"/>
      <w:r>
        <w:t xml:space="preserve"> </w:t>
      </w:r>
      <w:proofErr w:type="spellStart"/>
      <w:r>
        <w:t>stránky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– </w:t>
      </w:r>
      <w:proofErr w:type="spellStart"/>
      <w:r>
        <w:t>zveřejnění</w:t>
      </w:r>
      <w:proofErr w:type="spellEnd"/>
      <w:r>
        <w:t xml:space="preserve"> </w:t>
      </w:r>
      <w:proofErr w:type="spellStart"/>
      <w:r>
        <w:t>fotografií</w:t>
      </w:r>
      <w:proofErr w:type="spellEnd"/>
      <w:r>
        <w:t xml:space="preserve">, </w:t>
      </w:r>
      <w:proofErr w:type="spellStart"/>
      <w:r>
        <w:t>videí</w:t>
      </w:r>
      <w:proofErr w:type="spellEnd"/>
      <w:r>
        <w:t xml:space="preserve">, </w:t>
      </w:r>
      <w:proofErr w:type="spellStart"/>
      <w:r>
        <w:t>zvukových</w:t>
      </w:r>
      <w:proofErr w:type="spellEnd"/>
      <w:r>
        <w:t xml:space="preserve"> </w:t>
      </w:r>
      <w:proofErr w:type="spellStart"/>
      <w:r>
        <w:t>záznamů</w:t>
      </w:r>
      <w:proofErr w:type="spellEnd"/>
      <w:r>
        <w:t xml:space="preserve"> a </w:t>
      </w:r>
      <w:proofErr w:type="spellStart"/>
      <w:r>
        <w:t>výstupů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hyperlink r:id="rId6" w:history="1">
        <w:r w:rsidR="007B191D" w:rsidRPr="004F11E6">
          <w:rPr>
            <w:rStyle w:val="Hypertextovodkaz"/>
          </w:rPr>
          <w:t>www.zsamsteplice.cz</w:t>
        </w:r>
      </w:hyperlink>
      <w:r>
        <w:t>.</w:t>
      </w:r>
    </w:p>
    <w:p w14:paraId="18B7C9F9" w14:textId="16F38E74" w:rsidR="00471280" w:rsidRDefault="00000000" w:rsidP="007B191D">
      <w:pPr>
        <w:pStyle w:val="Odstavecseseznamem"/>
        <w:numPr>
          <w:ilvl w:val="0"/>
          <w:numId w:val="10"/>
        </w:numPr>
        <w:spacing w:after="60"/>
      </w:pPr>
      <w:proofErr w:type="spellStart"/>
      <w:r>
        <w:t>Oficiální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sítě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– </w:t>
      </w:r>
      <w:proofErr w:type="spellStart"/>
      <w:r>
        <w:t>zejména</w:t>
      </w:r>
      <w:proofErr w:type="spellEnd"/>
      <w:r>
        <w:t xml:space="preserve"> Facebook a Instagram.</w:t>
      </w:r>
    </w:p>
    <w:p w14:paraId="5DCC12E6" w14:textId="0C4C1A40" w:rsidR="00471280" w:rsidRDefault="00000000" w:rsidP="007B191D">
      <w:pPr>
        <w:pStyle w:val="Odstavecseseznamem"/>
        <w:numPr>
          <w:ilvl w:val="0"/>
          <w:numId w:val="10"/>
        </w:numPr>
        <w:spacing w:after="60"/>
      </w:pPr>
      <w:proofErr w:type="spellStart"/>
      <w:r>
        <w:t>Tištěné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– </w:t>
      </w:r>
      <w:proofErr w:type="spellStart"/>
      <w:r>
        <w:t>např</w:t>
      </w:r>
      <w:proofErr w:type="spellEnd"/>
      <w:r>
        <w:t xml:space="preserve">.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časopis</w:t>
      </w:r>
      <w:proofErr w:type="spellEnd"/>
      <w:r>
        <w:t xml:space="preserve">, </w:t>
      </w:r>
      <w:proofErr w:type="spellStart"/>
      <w:r>
        <w:t>výroční</w:t>
      </w:r>
      <w:proofErr w:type="spellEnd"/>
      <w:r>
        <w:t xml:space="preserve"> </w:t>
      </w:r>
      <w:proofErr w:type="spellStart"/>
      <w:r>
        <w:t>publikace</w:t>
      </w:r>
      <w:proofErr w:type="spellEnd"/>
      <w:r>
        <w:t xml:space="preserve">, </w:t>
      </w:r>
      <w:proofErr w:type="spellStart"/>
      <w:r>
        <w:t>informační</w:t>
      </w:r>
      <w:proofErr w:type="spellEnd"/>
      <w:r>
        <w:t xml:space="preserve"> </w:t>
      </w:r>
      <w:proofErr w:type="spellStart"/>
      <w:r>
        <w:t>letáky</w:t>
      </w:r>
      <w:proofErr w:type="spellEnd"/>
      <w:r>
        <w:t xml:space="preserve"> a </w:t>
      </w:r>
      <w:proofErr w:type="spellStart"/>
      <w:r>
        <w:t>nástěnky</w:t>
      </w:r>
      <w:proofErr w:type="spellEnd"/>
      <w:r>
        <w:t xml:space="preserve"> </w:t>
      </w:r>
      <w:proofErr w:type="spellStart"/>
      <w:r>
        <w:t>školy</w:t>
      </w:r>
      <w:proofErr w:type="spellEnd"/>
      <w:r w:rsidR="007B191D">
        <w:t xml:space="preserve">, </w:t>
      </w:r>
      <w:proofErr w:type="spellStart"/>
      <w:r w:rsidR="007B191D">
        <w:t>prezentační</w:t>
      </w:r>
      <w:proofErr w:type="spellEnd"/>
      <w:r w:rsidR="007B191D">
        <w:t xml:space="preserve"> </w:t>
      </w:r>
      <w:proofErr w:type="spellStart"/>
      <w:r w:rsidR="007B191D">
        <w:t>složky</w:t>
      </w:r>
      <w:proofErr w:type="spellEnd"/>
      <w:r w:rsidR="007B191D">
        <w:t xml:space="preserve"> </w:t>
      </w:r>
      <w:proofErr w:type="spellStart"/>
      <w:r w:rsidR="007B191D">
        <w:t>žáků</w:t>
      </w:r>
      <w:proofErr w:type="spellEnd"/>
      <w:r>
        <w:t>.</w:t>
      </w:r>
    </w:p>
    <w:p w14:paraId="78FDD94B" w14:textId="27A70878" w:rsidR="00471280" w:rsidRDefault="00000000" w:rsidP="007B191D">
      <w:pPr>
        <w:pStyle w:val="Odstavecseseznamem"/>
        <w:numPr>
          <w:ilvl w:val="0"/>
          <w:numId w:val="10"/>
        </w:numPr>
        <w:spacing w:after="60"/>
      </w:pPr>
      <w:proofErr w:type="spellStart"/>
      <w:r>
        <w:t>Tištěná</w:t>
      </w:r>
      <w:proofErr w:type="spellEnd"/>
      <w:r>
        <w:t xml:space="preserve"> </w:t>
      </w:r>
      <w:proofErr w:type="spellStart"/>
      <w:proofErr w:type="gramStart"/>
      <w:r>
        <w:t>a</w:t>
      </w:r>
      <w:proofErr w:type="spellEnd"/>
      <w:proofErr w:type="gramEnd"/>
      <w:r>
        <w:t xml:space="preserve"> online </w:t>
      </w:r>
      <w:proofErr w:type="spellStart"/>
      <w:r>
        <w:t>média</w:t>
      </w:r>
      <w:proofErr w:type="spellEnd"/>
      <w:r>
        <w:t xml:space="preserve"> </w:t>
      </w:r>
      <w:proofErr w:type="spellStart"/>
      <w:r>
        <w:t>třetích</w:t>
      </w:r>
      <w:proofErr w:type="spellEnd"/>
      <w:r>
        <w:t xml:space="preserve"> </w:t>
      </w:r>
      <w:proofErr w:type="spellStart"/>
      <w:r>
        <w:t>stran</w:t>
      </w:r>
      <w:proofErr w:type="spellEnd"/>
      <w:r>
        <w:t xml:space="preserve"> – </w:t>
      </w:r>
      <w:proofErr w:type="spellStart"/>
      <w:r>
        <w:t>pouze</w:t>
      </w:r>
      <w:proofErr w:type="spellEnd"/>
      <w:r>
        <w:t xml:space="preserve"> v </w:t>
      </w:r>
      <w:proofErr w:type="spellStart"/>
      <w:r>
        <w:t>souvislosti</w:t>
      </w:r>
      <w:proofErr w:type="spellEnd"/>
      <w:r>
        <w:t xml:space="preserve"> s </w:t>
      </w:r>
      <w:proofErr w:type="spellStart"/>
      <w:r>
        <w:t>prezentací</w:t>
      </w:r>
      <w:proofErr w:type="spellEnd"/>
      <w:r>
        <w:t xml:space="preserve"> </w:t>
      </w:r>
      <w:proofErr w:type="spellStart"/>
      <w:r>
        <w:t>konkrétní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akce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59C6CB62" w14:textId="77777777" w:rsidR="00471280" w:rsidRDefault="00000000">
      <w:pPr>
        <w:spacing w:before="80" w:after="60"/>
      </w:pPr>
      <w:r>
        <w:rPr>
          <w:b/>
          <w:sz w:val="23"/>
        </w:rPr>
        <w:t xml:space="preserve">3. Doba </w:t>
      </w:r>
      <w:proofErr w:type="spellStart"/>
      <w:r>
        <w:rPr>
          <w:b/>
          <w:sz w:val="23"/>
        </w:rPr>
        <w:t>trvání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souhlasu</w:t>
      </w:r>
      <w:proofErr w:type="spellEnd"/>
      <w:r>
        <w:rPr>
          <w:b/>
          <w:sz w:val="23"/>
        </w:rPr>
        <w:t xml:space="preserve"> a </w:t>
      </w:r>
      <w:proofErr w:type="spellStart"/>
      <w:r>
        <w:rPr>
          <w:b/>
          <w:sz w:val="23"/>
        </w:rPr>
        <w:t>jeho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odvolání</w:t>
      </w:r>
      <w:proofErr w:type="spellEnd"/>
    </w:p>
    <w:p w14:paraId="3A7566A3" w14:textId="343B6580" w:rsidR="00471280" w:rsidRDefault="00000000">
      <w:pPr>
        <w:spacing w:after="80"/>
      </w:pPr>
      <w:proofErr w:type="spellStart"/>
      <w:r>
        <w:t>Souhlas</w:t>
      </w:r>
      <w:proofErr w:type="spellEnd"/>
      <w:r>
        <w:t xml:space="preserve"> se </w:t>
      </w:r>
      <w:proofErr w:type="spellStart"/>
      <w:r>
        <w:t>uděluje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dítěte</w:t>
      </w:r>
      <w:proofErr w:type="spellEnd"/>
      <w:r w:rsidR="007B191D">
        <w:t>/</w:t>
      </w:r>
      <w:proofErr w:type="spellStart"/>
      <w:r w:rsidR="007B191D">
        <w:t>žáka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nejdéle</w:t>
      </w:r>
      <w:proofErr w:type="spellEnd"/>
      <w:r>
        <w:t xml:space="preserve"> do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odvolání</w:t>
      </w:r>
      <w:proofErr w:type="spellEnd"/>
      <w:r>
        <w:t xml:space="preserve">. </w:t>
      </w:r>
      <w:proofErr w:type="spellStart"/>
      <w:r>
        <w:rPr>
          <w:b/>
        </w:rPr>
        <w:t>Souhlas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kdykoliv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odvolat</w:t>
      </w:r>
      <w:proofErr w:type="spellEnd"/>
      <w:r>
        <w:t xml:space="preserve"> </w:t>
      </w:r>
      <w:proofErr w:type="spellStart"/>
      <w:r>
        <w:t>zasláním</w:t>
      </w:r>
      <w:proofErr w:type="spellEnd"/>
      <w:r>
        <w:t xml:space="preserve"> e-</w:t>
      </w:r>
      <w:proofErr w:type="spellStart"/>
      <w:r>
        <w:t>mailu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sekretariat@zsamsteplice.cz, </w:t>
      </w:r>
      <w:proofErr w:type="spellStart"/>
      <w:r>
        <w:t>datovou</w:t>
      </w:r>
      <w:proofErr w:type="spellEnd"/>
      <w:r>
        <w:t xml:space="preserve"> </w:t>
      </w:r>
      <w:proofErr w:type="spellStart"/>
      <w:r>
        <w:t>zprávou</w:t>
      </w:r>
      <w:proofErr w:type="spellEnd"/>
      <w:r>
        <w:t xml:space="preserve"> do </w:t>
      </w:r>
      <w:proofErr w:type="spellStart"/>
      <w:r>
        <w:t>datové</w:t>
      </w:r>
      <w:proofErr w:type="spellEnd"/>
      <w:r>
        <w:t xml:space="preserve"> </w:t>
      </w:r>
      <w:proofErr w:type="spellStart"/>
      <w:r>
        <w:t>schránky</w:t>
      </w:r>
      <w:proofErr w:type="spellEnd"/>
      <w:r>
        <w:t xml:space="preserve"> </w:t>
      </w:r>
      <w:proofErr w:type="spellStart"/>
      <w:r>
        <w:t>Správce</w:t>
      </w:r>
      <w:proofErr w:type="spellEnd"/>
      <w:r>
        <w:t xml:space="preserve"> ID cu5wq5s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sídla</w:t>
      </w:r>
      <w:proofErr w:type="spellEnd"/>
      <w:r>
        <w:t xml:space="preserve"> </w:t>
      </w:r>
      <w:proofErr w:type="spellStart"/>
      <w:r>
        <w:t>Správce</w:t>
      </w:r>
      <w:proofErr w:type="spellEnd"/>
      <w:r>
        <w:t>.</w:t>
      </w:r>
    </w:p>
    <w:p w14:paraId="44EF549B" w14:textId="77777777" w:rsidR="00471280" w:rsidRDefault="00000000">
      <w:pPr>
        <w:spacing w:after="80"/>
      </w:pPr>
      <w:proofErr w:type="spellStart"/>
      <w:r>
        <w:t>Odvoláním</w:t>
      </w:r>
      <w:proofErr w:type="spellEnd"/>
      <w:r>
        <w:t xml:space="preserve"> </w:t>
      </w:r>
      <w:proofErr w:type="spellStart"/>
      <w:r>
        <w:t>souhlasu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dotčena</w:t>
      </w:r>
      <w:proofErr w:type="spellEnd"/>
      <w:r>
        <w:t xml:space="preserve"> </w:t>
      </w:r>
      <w:proofErr w:type="spellStart"/>
      <w:r>
        <w:t>zákonnost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provedeného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odvoláním</w:t>
      </w:r>
      <w:proofErr w:type="spellEnd"/>
      <w:r>
        <w:t xml:space="preserve">. Po </w:t>
      </w:r>
      <w:proofErr w:type="spellStart"/>
      <w:r>
        <w:t>odvolání</w:t>
      </w:r>
      <w:proofErr w:type="spellEnd"/>
      <w:r>
        <w:t xml:space="preserve"> </w:t>
      </w:r>
      <w:proofErr w:type="spellStart"/>
      <w:r>
        <w:t>souhlasu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pro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pořizovat</w:t>
      </w:r>
      <w:proofErr w:type="spellEnd"/>
      <w:r>
        <w:t xml:space="preserve"> ani </w:t>
      </w:r>
      <w:proofErr w:type="spellStart"/>
      <w:r>
        <w:t>nově</w:t>
      </w:r>
      <w:proofErr w:type="spellEnd"/>
      <w:r>
        <w:t xml:space="preserve"> </w:t>
      </w:r>
      <w:proofErr w:type="spellStart"/>
      <w:r>
        <w:t>zveřejňovat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záznamy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a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odstraní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zveřejněné</w:t>
      </w:r>
      <w:proofErr w:type="spellEnd"/>
      <w:r>
        <w:t xml:space="preserve"> </w:t>
      </w:r>
      <w:proofErr w:type="spellStart"/>
      <w:r>
        <w:t>materiály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je to </w:t>
      </w:r>
      <w:proofErr w:type="spellStart"/>
      <w:r>
        <w:t>technicky</w:t>
      </w:r>
      <w:proofErr w:type="spellEnd"/>
      <w:r>
        <w:t xml:space="preserve"> a </w:t>
      </w:r>
      <w:proofErr w:type="spellStart"/>
      <w:r>
        <w:t>právně</w:t>
      </w:r>
      <w:proofErr w:type="spellEnd"/>
      <w:r>
        <w:t xml:space="preserve"> </w:t>
      </w:r>
      <w:proofErr w:type="spellStart"/>
      <w:r>
        <w:t>možné</w:t>
      </w:r>
      <w:proofErr w:type="spellEnd"/>
      <w:r>
        <w:t>.</w:t>
      </w:r>
    </w:p>
    <w:p w14:paraId="2C8D8C89" w14:textId="77777777" w:rsidR="00471280" w:rsidRDefault="00000000">
      <w:pPr>
        <w:spacing w:before="80" w:after="60"/>
      </w:pPr>
      <w:r>
        <w:rPr>
          <w:b/>
          <w:sz w:val="23"/>
        </w:rPr>
        <w:t xml:space="preserve">4. </w:t>
      </w:r>
      <w:proofErr w:type="spellStart"/>
      <w:r>
        <w:rPr>
          <w:b/>
          <w:sz w:val="23"/>
        </w:rPr>
        <w:t>Dobrovolnost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souhlasu</w:t>
      </w:r>
      <w:proofErr w:type="spellEnd"/>
    </w:p>
    <w:p w14:paraId="4D552F86" w14:textId="77777777" w:rsidR="00471280" w:rsidRDefault="00000000">
      <w:pPr>
        <w:spacing w:after="100"/>
      </w:pPr>
      <w:proofErr w:type="spellStart"/>
      <w:r>
        <w:rPr>
          <w:b/>
        </w:rPr>
        <w:t>Udělení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souhlasu</w:t>
      </w:r>
      <w:proofErr w:type="spellEnd"/>
      <w:r>
        <w:rPr>
          <w:b/>
        </w:rPr>
        <w:t xml:space="preserve"> je </w:t>
      </w:r>
      <w:proofErr w:type="spellStart"/>
      <w:r>
        <w:rPr>
          <w:b/>
        </w:rPr>
        <w:t>zcela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dobrovolné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Neudělení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odvolání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souhlasu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nebude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mít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žádný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negativní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vliv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vzdělávání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dítěte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hodnocení</w:t>
      </w:r>
      <w:proofErr w:type="spellEnd"/>
      <w:r>
        <w:rPr>
          <w:b/>
        </w:rPr>
        <w:t xml:space="preserve"> ani </w:t>
      </w:r>
      <w:proofErr w:type="spellStart"/>
      <w:r>
        <w:rPr>
          <w:b/>
        </w:rPr>
        <w:t>účast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akcích</w:t>
      </w:r>
      <w:proofErr w:type="spellEnd"/>
      <w:r>
        <w:rPr>
          <w:b/>
        </w:rPr>
        <w:t>.</w:t>
      </w:r>
    </w:p>
    <w:p w14:paraId="580CF3A8" w14:textId="77777777" w:rsidR="00471280" w:rsidRDefault="00000000">
      <w:pPr>
        <w:spacing w:before="80" w:after="60"/>
      </w:pPr>
      <w:r>
        <w:rPr>
          <w:b/>
          <w:sz w:val="23"/>
        </w:rPr>
        <w:t xml:space="preserve">5. </w:t>
      </w:r>
      <w:proofErr w:type="spellStart"/>
      <w:r>
        <w:rPr>
          <w:b/>
          <w:sz w:val="23"/>
        </w:rPr>
        <w:t>Práva</w:t>
      </w:r>
      <w:proofErr w:type="spellEnd"/>
      <w:r>
        <w:rPr>
          <w:b/>
          <w:sz w:val="23"/>
        </w:rPr>
        <w:t xml:space="preserve"> </w:t>
      </w:r>
      <w:proofErr w:type="gramStart"/>
      <w:r>
        <w:rPr>
          <w:b/>
          <w:sz w:val="23"/>
        </w:rPr>
        <w:t>a</w:t>
      </w:r>
      <w:proofErr w:type="gram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informace</w:t>
      </w:r>
      <w:proofErr w:type="spellEnd"/>
      <w:r>
        <w:rPr>
          <w:b/>
          <w:sz w:val="23"/>
        </w:rPr>
        <w:t xml:space="preserve"> o </w:t>
      </w:r>
      <w:proofErr w:type="spellStart"/>
      <w:r>
        <w:rPr>
          <w:b/>
          <w:sz w:val="23"/>
        </w:rPr>
        <w:t>zpracování</w:t>
      </w:r>
      <w:proofErr w:type="spellEnd"/>
    </w:p>
    <w:p w14:paraId="03EC54EB" w14:textId="77777777" w:rsidR="00471280" w:rsidRDefault="00000000">
      <w:pPr>
        <w:spacing w:after="80"/>
      </w:pP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stanoveném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přístup</w:t>
      </w:r>
      <w:proofErr w:type="spellEnd"/>
      <w:r>
        <w:t xml:space="preserve"> k </w:t>
      </w:r>
      <w:proofErr w:type="spellStart"/>
      <w:r>
        <w:t>osobním</w:t>
      </w:r>
      <w:proofErr w:type="spellEnd"/>
      <w:r>
        <w:t xml:space="preserve"> </w:t>
      </w:r>
      <w:proofErr w:type="spellStart"/>
      <w:r>
        <w:t>údajům</w:t>
      </w:r>
      <w:proofErr w:type="spellEnd"/>
      <w:r>
        <w:t xml:space="preserve">,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opravu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výmaz</w:t>
      </w:r>
      <w:proofErr w:type="spellEnd"/>
      <w:r>
        <w:t xml:space="preserve">,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a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podat</w:t>
      </w:r>
      <w:proofErr w:type="spellEnd"/>
      <w:r>
        <w:t xml:space="preserve"> </w:t>
      </w:r>
      <w:proofErr w:type="spellStart"/>
      <w:r>
        <w:t>stížnost</w:t>
      </w:r>
      <w:proofErr w:type="spellEnd"/>
      <w:r>
        <w:t xml:space="preserve"> u </w:t>
      </w:r>
      <w:proofErr w:type="spellStart"/>
      <w:r>
        <w:t>Úřadu</w:t>
      </w:r>
      <w:proofErr w:type="spellEnd"/>
      <w:r>
        <w:t xml:space="preserve"> pro </w:t>
      </w:r>
      <w:proofErr w:type="spellStart"/>
      <w:r>
        <w:t>ochranu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(www.uoou.cz).</w:t>
      </w:r>
    </w:p>
    <w:p w14:paraId="1C826988" w14:textId="2E07624A" w:rsidR="00471280" w:rsidRDefault="00000000">
      <w:pPr>
        <w:spacing w:after="80"/>
      </w:pPr>
      <w:proofErr w:type="spellStart"/>
      <w:r>
        <w:t>Podrobné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o </w:t>
      </w:r>
      <w:proofErr w:type="spellStart"/>
      <w:r>
        <w:t>správci</w:t>
      </w:r>
      <w:proofErr w:type="spellEnd"/>
      <w:r>
        <w:t xml:space="preserve">, </w:t>
      </w:r>
      <w:proofErr w:type="spellStart"/>
      <w:r>
        <w:t>pověřenci</w:t>
      </w:r>
      <w:proofErr w:type="spellEnd"/>
      <w:r>
        <w:t xml:space="preserve"> pro </w:t>
      </w:r>
      <w:proofErr w:type="spellStart"/>
      <w:r>
        <w:t>ochranu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příjemcích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době</w:t>
      </w:r>
      <w:proofErr w:type="spellEnd"/>
      <w:r>
        <w:t xml:space="preserve"> </w:t>
      </w:r>
      <w:proofErr w:type="spellStart"/>
      <w:r>
        <w:t>uchování</w:t>
      </w:r>
      <w:proofErr w:type="spellEnd"/>
      <w:r>
        <w:t xml:space="preserve"> a </w:t>
      </w:r>
      <w:proofErr w:type="spellStart"/>
      <w:r>
        <w:t>právech</w:t>
      </w:r>
      <w:proofErr w:type="spellEnd"/>
      <w:r>
        <w:t xml:space="preserve"> </w:t>
      </w:r>
      <w:proofErr w:type="spellStart"/>
      <w:r>
        <w:t>subjektů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uvedeny</w:t>
      </w:r>
      <w:proofErr w:type="spellEnd"/>
      <w:r>
        <w:t xml:space="preserve"> v </w:t>
      </w:r>
      <w:proofErr w:type="spellStart"/>
      <w:r>
        <w:t>dokumentu</w:t>
      </w:r>
      <w:proofErr w:type="spellEnd"/>
      <w:r>
        <w:t xml:space="preserve"> „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proofErr w:type="gramStart"/>
      <w:r>
        <w:t>údajů</w:t>
      </w:r>
      <w:proofErr w:type="spellEnd"/>
      <w:r>
        <w:t>“</w:t>
      </w:r>
      <w:proofErr w:type="gram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gramStart"/>
      <w:r w:rsidR="007B191D">
        <w:t xml:space="preserve">je </w:t>
      </w:r>
      <w:r>
        <w:t xml:space="preserve"> </w:t>
      </w:r>
      <w:proofErr w:type="spellStart"/>
      <w:r>
        <w:t>zveřejněn</w:t>
      </w:r>
      <w:proofErr w:type="spellEnd"/>
      <w:proofErr w:type="gramEnd"/>
      <w:r w:rsidR="007B191D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</w:p>
    <w:p w14:paraId="6A03AF71" w14:textId="77777777" w:rsidR="00471280" w:rsidRDefault="00000000">
      <w:pPr>
        <w:spacing w:before="120" w:after="160"/>
      </w:pPr>
      <w:proofErr w:type="spellStart"/>
      <w:r>
        <w:lastRenderedPageBreak/>
        <w:t>Prohlašuji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/a </w:t>
      </w:r>
      <w:proofErr w:type="spellStart"/>
      <w:r>
        <w:t>srozumitelně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/a o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uvedeném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souhlas</w:t>
      </w:r>
      <w:proofErr w:type="spellEnd"/>
      <w:r>
        <w:t xml:space="preserve"> </w:t>
      </w:r>
      <w:proofErr w:type="spellStart"/>
      <w:r>
        <w:t>uděluji</w:t>
      </w:r>
      <w:proofErr w:type="spellEnd"/>
      <w:r>
        <w:t xml:space="preserve"> </w:t>
      </w:r>
      <w:proofErr w:type="spellStart"/>
      <w:r>
        <w:t>svobodně</w:t>
      </w:r>
      <w:proofErr w:type="spellEnd"/>
      <w:r>
        <w:t xml:space="preserve"> a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oprávněn</w:t>
      </w:r>
      <w:proofErr w:type="spellEnd"/>
      <w:r>
        <w:t xml:space="preserve">/a za </w:t>
      </w:r>
      <w:proofErr w:type="spellStart"/>
      <w:r>
        <w:t>dítě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 </w:t>
      </w:r>
      <w:proofErr w:type="spellStart"/>
      <w:r>
        <w:t>jednat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71280" w14:paraId="4E9BE078" w14:textId="77777777">
        <w:trPr>
          <w:jc w:val="center"/>
        </w:trPr>
        <w:tc>
          <w:tcPr>
            <w:tcW w:w="45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A6E61A9" w14:textId="77777777" w:rsidR="00471280" w:rsidRDefault="00000000">
            <w:proofErr w:type="spellStart"/>
            <w:r>
              <w:rPr>
                <w:b/>
              </w:rPr>
              <w:t>Jméno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příjmení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zákonného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zástupce</w:t>
            </w:r>
            <w:proofErr w:type="spellEnd"/>
            <w:r>
              <w:rPr>
                <w:b/>
              </w:rPr>
              <w:t>:</w:t>
            </w:r>
            <w:r>
              <w:br/>
              <w:t>........................................................</w:t>
            </w:r>
          </w:p>
        </w:tc>
        <w:tc>
          <w:tcPr>
            <w:tcW w:w="45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7A5618A" w14:textId="77777777" w:rsidR="00471280" w:rsidRDefault="00000000">
            <w:r>
              <w:rPr>
                <w:b/>
              </w:rPr>
              <w:t>Datum:</w:t>
            </w:r>
            <w:r>
              <w:br/>
              <w:t>........................................................</w:t>
            </w:r>
          </w:p>
        </w:tc>
      </w:tr>
      <w:tr w:rsidR="00471280" w14:paraId="50BC96E1" w14:textId="77777777">
        <w:trPr>
          <w:jc w:val="center"/>
        </w:trPr>
        <w:tc>
          <w:tcPr>
            <w:tcW w:w="45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CFF46AA" w14:textId="77777777" w:rsidR="00471280" w:rsidRDefault="00000000">
            <w:pPr>
              <w:spacing w:after="360"/>
            </w:pPr>
            <w:proofErr w:type="spellStart"/>
            <w:r>
              <w:rPr>
                <w:b/>
              </w:rPr>
              <w:t>Podpis</w:t>
            </w:r>
            <w:proofErr w:type="spellEnd"/>
            <w:r>
              <w:rPr>
                <w:b/>
              </w:rPr>
              <w:t>:</w:t>
            </w:r>
            <w:r>
              <w:br/>
              <w:t>........................................................</w:t>
            </w:r>
          </w:p>
        </w:tc>
        <w:tc>
          <w:tcPr>
            <w:tcW w:w="4535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846D73F" w14:textId="77777777" w:rsidR="00471280" w:rsidRDefault="00000000">
            <w:pPr>
              <w:spacing w:after="360"/>
            </w:pPr>
            <w:r>
              <w:rPr>
                <w:b/>
              </w:rPr>
              <w:t>Místo:</w:t>
            </w:r>
            <w:r>
              <w:br/>
              <w:t>........................................................</w:t>
            </w:r>
          </w:p>
        </w:tc>
      </w:tr>
    </w:tbl>
    <w:p w14:paraId="6DF50D7A" w14:textId="77777777" w:rsidR="00471280" w:rsidRDefault="00000000">
      <w:pPr>
        <w:spacing w:before="160" w:after="0"/>
        <w:jc w:val="center"/>
      </w:pPr>
      <w:proofErr w:type="spellStart"/>
      <w:r>
        <w:rPr>
          <w:i/>
          <w:sz w:val="17"/>
        </w:rPr>
        <w:t>Formulář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souhlasu</w:t>
      </w:r>
      <w:proofErr w:type="spellEnd"/>
      <w:r>
        <w:rPr>
          <w:i/>
          <w:sz w:val="17"/>
        </w:rPr>
        <w:t xml:space="preserve"> se </w:t>
      </w:r>
      <w:proofErr w:type="spellStart"/>
      <w:r>
        <w:rPr>
          <w:i/>
          <w:sz w:val="17"/>
        </w:rPr>
        <w:t>týká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pouze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zveřejňování</w:t>
      </w:r>
      <w:proofErr w:type="spellEnd"/>
      <w:r>
        <w:rPr>
          <w:i/>
          <w:sz w:val="17"/>
        </w:rPr>
        <w:t xml:space="preserve"> a </w:t>
      </w:r>
      <w:proofErr w:type="spellStart"/>
      <w:r>
        <w:rPr>
          <w:i/>
          <w:sz w:val="17"/>
        </w:rPr>
        <w:t>prezentačního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využití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výše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uvedených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údajů</w:t>
      </w:r>
      <w:proofErr w:type="spellEnd"/>
      <w:r>
        <w:rPr>
          <w:i/>
          <w:sz w:val="17"/>
        </w:rPr>
        <w:t xml:space="preserve">; </w:t>
      </w:r>
      <w:proofErr w:type="spellStart"/>
      <w:r>
        <w:rPr>
          <w:i/>
          <w:sz w:val="17"/>
        </w:rPr>
        <w:t>nenahrazuje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jiné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právní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tituly</w:t>
      </w:r>
      <w:proofErr w:type="spellEnd"/>
      <w:r>
        <w:rPr>
          <w:i/>
          <w:sz w:val="17"/>
        </w:rPr>
        <w:t xml:space="preserve">, </w:t>
      </w:r>
      <w:proofErr w:type="spellStart"/>
      <w:r>
        <w:rPr>
          <w:i/>
          <w:sz w:val="17"/>
        </w:rPr>
        <w:t>na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jejichž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základě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škola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zpracovává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osobní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údaje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při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plnění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zákonných</w:t>
      </w:r>
      <w:proofErr w:type="spellEnd"/>
      <w:r>
        <w:rPr>
          <w:i/>
          <w:sz w:val="17"/>
        </w:rPr>
        <w:t xml:space="preserve"> </w:t>
      </w:r>
      <w:proofErr w:type="spellStart"/>
      <w:r>
        <w:rPr>
          <w:i/>
          <w:sz w:val="17"/>
        </w:rPr>
        <w:t>povinností</w:t>
      </w:r>
      <w:proofErr w:type="spellEnd"/>
      <w:r>
        <w:rPr>
          <w:i/>
          <w:sz w:val="17"/>
        </w:rPr>
        <w:t>.</w:t>
      </w:r>
    </w:p>
    <w:sectPr w:rsidR="00471280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E4C3B37"/>
    <w:multiLevelType w:val="hybridMultilevel"/>
    <w:tmpl w:val="F9A03862"/>
    <w:lvl w:ilvl="0" w:tplc="768A1722">
      <w:numFmt w:val="bullet"/>
      <w:lvlText w:val="-"/>
      <w:lvlJc w:val="left"/>
      <w:pPr>
        <w:ind w:left="533" w:hanging="360"/>
      </w:pPr>
      <w:rPr>
        <w:rFonts w:ascii="Arial" w:eastAsia="Arial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num w:numId="1" w16cid:durableId="1499075042">
    <w:abstractNumId w:val="8"/>
  </w:num>
  <w:num w:numId="2" w16cid:durableId="2120485619">
    <w:abstractNumId w:val="6"/>
  </w:num>
  <w:num w:numId="3" w16cid:durableId="1733458396">
    <w:abstractNumId w:val="5"/>
  </w:num>
  <w:num w:numId="4" w16cid:durableId="361790561">
    <w:abstractNumId w:val="4"/>
  </w:num>
  <w:num w:numId="5" w16cid:durableId="860165598">
    <w:abstractNumId w:val="7"/>
  </w:num>
  <w:num w:numId="6" w16cid:durableId="723868306">
    <w:abstractNumId w:val="3"/>
  </w:num>
  <w:num w:numId="7" w16cid:durableId="390467896">
    <w:abstractNumId w:val="2"/>
  </w:num>
  <w:num w:numId="8" w16cid:durableId="1814787142">
    <w:abstractNumId w:val="1"/>
  </w:num>
  <w:num w:numId="9" w16cid:durableId="265046407">
    <w:abstractNumId w:val="0"/>
  </w:num>
  <w:num w:numId="10" w16cid:durableId="338193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6A0"/>
    <w:rsid w:val="00471280"/>
    <w:rsid w:val="004C543C"/>
    <w:rsid w:val="007B191D"/>
    <w:rsid w:val="00857155"/>
    <w:rsid w:val="00AA1D8D"/>
    <w:rsid w:val="00B47730"/>
    <w:rsid w:val="00C56784"/>
    <w:rsid w:val="00CB0664"/>
    <w:rsid w:val="00FC693F"/>
    <w:rsid w:val="00F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96C851"/>
  <w14:defaultImageDpi w14:val="300"/>
  <w15:docId w15:val="{B0825C3B-CEC7-4307-83AD-4827A892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7B191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B19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samstepl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Ondřej Blail</cp:lastModifiedBy>
  <cp:revision>2</cp:revision>
  <dcterms:created xsi:type="dcterms:W3CDTF">2026-09-08T12:01:00Z</dcterms:created>
  <dcterms:modified xsi:type="dcterms:W3CDTF">2026-09-08T12:01:00Z</dcterms:modified>
  <cp:category/>
</cp:coreProperties>
</file>